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6B810" w14:textId="77777777" w:rsidR="002D5F03" w:rsidRPr="00B54C5E" w:rsidRDefault="00000000">
      <w:pPr>
        <w:spacing w:before="40" w:after="100"/>
        <w:jc w:val="center"/>
        <w:rPr>
          <w:lang w:val="ru-RU"/>
        </w:rPr>
      </w:pPr>
      <w:r w:rsidRPr="00B54C5E">
        <w:rPr>
          <w:b/>
          <w:sz w:val="36"/>
          <w:lang w:val="ru-RU"/>
        </w:rPr>
        <w:t>ОПРОСНЫЙ ЛИСТ</w:t>
      </w:r>
    </w:p>
    <w:p w14:paraId="6C000BCF" w14:textId="77777777" w:rsidR="002D5F03" w:rsidRPr="00B54C5E" w:rsidRDefault="00000000">
      <w:pPr>
        <w:spacing w:after="180"/>
        <w:jc w:val="center"/>
        <w:rPr>
          <w:lang w:val="ru-RU"/>
        </w:rPr>
      </w:pPr>
      <w:r w:rsidRPr="00B54C5E">
        <w:rPr>
          <w:b/>
          <w:lang w:val="ru-RU"/>
        </w:rPr>
        <w:t>для оформления электронной туристической визы в Таиланд</w:t>
      </w:r>
    </w:p>
    <w:p w14:paraId="58D207C6" w14:textId="77777777" w:rsidR="002D5F03" w:rsidRPr="00B54C5E" w:rsidRDefault="00000000">
      <w:pPr>
        <w:spacing w:after="220"/>
        <w:jc w:val="center"/>
        <w:rPr>
          <w:iCs/>
          <w:lang w:val="ru-RU"/>
        </w:rPr>
      </w:pPr>
      <w:r w:rsidRPr="00B54C5E">
        <w:rPr>
          <w:iCs/>
          <w:sz w:val="19"/>
          <w:lang w:val="ru-RU"/>
        </w:rPr>
        <w:t>Заполняется в электронном виде или от руки для каждого туриста отдельно</w:t>
      </w:r>
    </w:p>
    <w:tbl>
      <w:tblPr>
        <w:tblStyle w:val="aff0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2D5F03" w:rsidRPr="00B54C5E" w14:paraId="2F06E2BD" w14:textId="77777777">
        <w:tc>
          <w:tcPr>
            <w:tcW w:w="9360" w:type="dxa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0C810F46" w14:textId="77777777" w:rsidR="002D5F03" w:rsidRPr="00B54C5E" w:rsidRDefault="00000000">
            <w:pPr>
              <w:spacing w:after="60"/>
              <w:rPr>
                <w:lang w:val="ru-RU"/>
              </w:rPr>
            </w:pPr>
            <w:r w:rsidRPr="00B54C5E">
              <w:rPr>
                <w:b/>
                <w:sz w:val="20"/>
                <w:lang w:val="ru-RU"/>
              </w:rPr>
              <w:t xml:space="preserve">1. МЕСТО </w:t>
            </w:r>
            <w:proofErr w:type="gramStart"/>
            <w:r w:rsidRPr="00B54C5E">
              <w:rPr>
                <w:b/>
                <w:sz w:val="20"/>
                <w:lang w:val="ru-RU"/>
              </w:rPr>
              <w:t>РОЖДЕНИЯ</w:t>
            </w:r>
            <w:r w:rsidRPr="00B54C5E">
              <w:rPr>
                <w:sz w:val="17"/>
                <w:lang w:val="ru-RU"/>
              </w:rPr>
              <w:t xml:space="preserve">  (</w:t>
            </w:r>
            <w:proofErr w:type="gramEnd"/>
            <w:r w:rsidRPr="00B54C5E">
              <w:rPr>
                <w:sz w:val="17"/>
                <w:lang w:val="ru-RU"/>
              </w:rPr>
              <w:t>Укажите страну и город)</w:t>
            </w:r>
          </w:p>
          <w:p w14:paraId="721D5038" w14:textId="77777777" w:rsidR="00B54C5E" w:rsidRDefault="00B54C5E" w:rsidP="00B54C5E">
            <w:pPr>
              <w:spacing w:before="20" w:after="20" w:line="240" w:lineRule="auto"/>
              <w:rPr>
                <w:lang w:val="uk-UA"/>
              </w:rPr>
            </w:pPr>
          </w:p>
          <w:p w14:paraId="0AFB5A3C" w14:textId="77777777" w:rsidR="00B54C5E" w:rsidRDefault="00B54C5E" w:rsidP="00B54C5E">
            <w:pPr>
              <w:spacing w:before="20" w:after="20" w:line="240" w:lineRule="auto"/>
              <w:rPr>
                <w:lang w:val="uk-UA"/>
              </w:rPr>
            </w:pPr>
          </w:p>
          <w:p w14:paraId="4E33A9D3" w14:textId="77777777" w:rsidR="00B54C5E" w:rsidRPr="00B54C5E" w:rsidRDefault="00B54C5E" w:rsidP="00B54C5E">
            <w:pPr>
              <w:spacing w:before="20" w:after="20" w:line="240" w:lineRule="auto"/>
              <w:rPr>
                <w:lang w:val="uk-UA"/>
              </w:rPr>
            </w:pPr>
          </w:p>
        </w:tc>
      </w:tr>
      <w:tr w:rsidR="002D5F03" w:rsidRPr="00B54C5E" w14:paraId="7C11ED40" w14:textId="77777777">
        <w:tc>
          <w:tcPr>
            <w:tcW w:w="9360" w:type="dxa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36353365" w14:textId="77777777" w:rsidR="002D5F03" w:rsidRPr="00B54C5E" w:rsidRDefault="00000000">
            <w:pPr>
              <w:spacing w:after="60"/>
              <w:rPr>
                <w:lang w:val="ru-RU"/>
              </w:rPr>
            </w:pPr>
            <w:r w:rsidRPr="00B54C5E">
              <w:rPr>
                <w:b/>
                <w:sz w:val="20"/>
                <w:lang w:val="ru-RU"/>
              </w:rPr>
              <w:t xml:space="preserve">2. ДОМАШНИЙ </w:t>
            </w:r>
            <w:proofErr w:type="gramStart"/>
            <w:r w:rsidRPr="00B54C5E">
              <w:rPr>
                <w:b/>
                <w:sz w:val="20"/>
                <w:lang w:val="ru-RU"/>
              </w:rPr>
              <w:t>АДРЕС</w:t>
            </w:r>
            <w:r w:rsidRPr="00B54C5E">
              <w:rPr>
                <w:sz w:val="17"/>
                <w:lang w:val="ru-RU"/>
              </w:rPr>
              <w:t xml:space="preserve">  (</w:t>
            </w:r>
            <w:proofErr w:type="gramEnd"/>
            <w:r w:rsidRPr="00B54C5E">
              <w:rPr>
                <w:sz w:val="17"/>
                <w:lang w:val="ru-RU"/>
              </w:rPr>
              <w:t>Страна, город, улица, дом, квартира)</w:t>
            </w:r>
          </w:p>
          <w:p w14:paraId="014C6322" w14:textId="77777777" w:rsidR="002D5F03" w:rsidRDefault="002D5F03">
            <w:pPr>
              <w:spacing w:before="20" w:after="20" w:line="240" w:lineRule="auto"/>
              <w:rPr>
                <w:lang w:val="uk-UA"/>
              </w:rPr>
            </w:pPr>
          </w:p>
          <w:p w14:paraId="591010A2" w14:textId="77777777" w:rsidR="00B54C5E" w:rsidRDefault="00B54C5E">
            <w:pPr>
              <w:spacing w:before="20" w:after="20" w:line="240" w:lineRule="auto"/>
              <w:rPr>
                <w:lang w:val="uk-UA"/>
              </w:rPr>
            </w:pPr>
          </w:p>
          <w:p w14:paraId="32016F27" w14:textId="17A09604" w:rsidR="00B54C5E" w:rsidRPr="00B54C5E" w:rsidRDefault="00B54C5E">
            <w:pPr>
              <w:spacing w:before="20" w:after="20" w:line="240" w:lineRule="auto"/>
              <w:rPr>
                <w:lang w:val="uk-UA"/>
              </w:rPr>
            </w:pPr>
          </w:p>
        </w:tc>
      </w:tr>
      <w:tr w:rsidR="002D5F03" w:rsidRPr="00B54C5E" w14:paraId="799A743B" w14:textId="77777777">
        <w:tc>
          <w:tcPr>
            <w:tcW w:w="9360" w:type="dxa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56C7B865" w14:textId="77777777" w:rsidR="002D5F03" w:rsidRPr="00B54C5E" w:rsidRDefault="00000000">
            <w:pPr>
              <w:spacing w:after="60"/>
              <w:rPr>
                <w:lang w:val="ru-RU"/>
              </w:rPr>
            </w:pPr>
            <w:r w:rsidRPr="00B54C5E">
              <w:rPr>
                <w:b/>
                <w:sz w:val="20"/>
                <w:lang w:val="ru-RU"/>
              </w:rPr>
              <w:t xml:space="preserve">3. СЕМЕЙНОЕ </w:t>
            </w:r>
            <w:proofErr w:type="gramStart"/>
            <w:r w:rsidRPr="00B54C5E">
              <w:rPr>
                <w:b/>
                <w:sz w:val="20"/>
                <w:lang w:val="ru-RU"/>
              </w:rPr>
              <w:t>ПОЛОЖЕНИЕ</w:t>
            </w:r>
            <w:r w:rsidRPr="00B54C5E">
              <w:rPr>
                <w:sz w:val="17"/>
                <w:lang w:val="ru-RU"/>
              </w:rPr>
              <w:t xml:space="preserve">  (</w:t>
            </w:r>
            <w:proofErr w:type="gramEnd"/>
            <w:r w:rsidRPr="00B54C5E">
              <w:rPr>
                <w:sz w:val="17"/>
                <w:lang w:val="ru-RU"/>
              </w:rPr>
              <w:t>Например: холост/не замужем, женат/замужем, разведен(а), вдовец/вдова)</w:t>
            </w:r>
          </w:p>
          <w:p w14:paraId="40AF26E8" w14:textId="77777777" w:rsidR="002D5F03" w:rsidRDefault="002D5F03">
            <w:pPr>
              <w:spacing w:before="20" w:after="20" w:line="240" w:lineRule="auto"/>
              <w:rPr>
                <w:sz w:val="20"/>
                <w:lang w:val="uk-UA"/>
              </w:rPr>
            </w:pPr>
          </w:p>
          <w:p w14:paraId="7E3CA040" w14:textId="77777777" w:rsidR="00B54C5E" w:rsidRDefault="00B54C5E">
            <w:pPr>
              <w:spacing w:before="20" w:after="20" w:line="240" w:lineRule="auto"/>
              <w:rPr>
                <w:sz w:val="20"/>
                <w:lang w:val="uk-UA"/>
              </w:rPr>
            </w:pPr>
          </w:p>
          <w:p w14:paraId="46F9D62E" w14:textId="585AE9CC" w:rsidR="00B54C5E" w:rsidRPr="00B54C5E" w:rsidRDefault="00B54C5E">
            <w:pPr>
              <w:spacing w:before="20" w:after="20" w:line="240" w:lineRule="auto"/>
              <w:rPr>
                <w:lang w:val="uk-UA"/>
              </w:rPr>
            </w:pPr>
          </w:p>
        </w:tc>
      </w:tr>
      <w:tr w:rsidR="002D5F03" w:rsidRPr="00B54C5E" w14:paraId="3DA2EBB8" w14:textId="77777777">
        <w:tc>
          <w:tcPr>
            <w:tcW w:w="9360" w:type="dxa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3569ED40" w14:textId="77777777" w:rsidR="002D5F03" w:rsidRPr="00B54C5E" w:rsidRDefault="00000000">
            <w:pPr>
              <w:spacing w:after="60"/>
              <w:rPr>
                <w:lang w:val="ru-RU"/>
              </w:rPr>
            </w:pPr>
            <w:r w:rsidRPr="00B54C5E">
              <w:rPr>
                <w:b/>
                <w:sz w:val="20"/>
                <w:lang w:val="ru-RU"/>
              </w:rPr>
              <w:t xml:space="preserve">4. ЛИЧНЫЙ НОМЕР </w:t>
            </w:r>
            <w:proofErr w:type="gramStart"/>
            <w:r w:rsidRPr="00B54C5E">
              <w:rPr>
                <w:b/>
                <w:sz w:val="20"/>
                <w:lang w:val="ru-RU"/>
              </w:rPr>
              <w:t>ТЕЛЕФОНА</w:t>
            </w:r>
            <w:r w:rsidRPr="00B54C5E">
              <w:rPr>
                <w:sz w:val="17"/>
                <w:lang w:val="ru-RU"/>
              </w:rPr>
              <w:t xml:space="preserve">  (</w:t>
            </w:r>
            <w:proofErr w:type="gramEnd"/>
            <w:r w:rsidRPr="00B54C5E">
              <w:rPr>
                <w:sz w:val="17"/>
                <w:lang w:val="ru-RU"/>
              </w:rPr>
              <w:t>С кодом страны)</w:t>
            </w:r>
          </w:p>
          <w:p w14:paraId="619025D0" w14:textId="77777777" w:rsidR="002D5F03" w:rsidRDefault="002D5F03">
            <w:pPr>
              <w:spacing w:before="20" w:after="20" w:line="240" w:lineRule="auto"/>
              <w:rPr>
                <w:sz w:val="20"/>
                <w:lang w:val="uk-UA"/>
              </w:rPr>
            </w:pPr>
          </w:p>
          <w:p w14:paraId="07CC3F52" w14:textId="77777777" w:rsidR="00B54C5E" w:rsidRDefault="00B54C5E">
            <w:pPr>
              <w:spacing w:before="20" w:after="20" w:line="240" w:lineRule="auto"/>
              <w:rPr>
                <w:sz w:val="20"/>
                <w:lang w:val="uk-UA"/>
              </w:rPr>
            </w:pPr>
          </w:p>
          <w:p w14:paraId="3BBF86CB" w14:textId="76DCB979" w:rsidR="00B54C5E" w:rsidRPr="00B54C5E" w:rsidRDefault="00B54C5E">
            <w:pPr>
              <w:spacing w:before="20" w:after="20" w:line="240" w:lineRule="auto"/>
              <w:rPr>
                <w:lang w:val="uk-UA"/>
              </w:rPr>
            </w:pPr>
          </w:p>
        </w:tc>
      </w:tr>
      <w:tr w:rsidR="002D5F03" w:rsidRPr="00B54C5E" w14:paraId="4AFE483D" w14:textId="77777777">
        <w:tc>
          <w:tcPr>
            <w:tcW w:w="9360" w:type="dxa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2E39C0BF" w14:textId="77777777" w:rsidR="002D5F03" w:rsidRPr="00B54C5E" w:rsidRDefault="00000000">
            <w:pPr>
              <w:spacing w:after="60"/>
              <w:rPr>
                <w:lang w:val="ru-RU"/>
              </w:rPr>
            </w:pPr>
            <w:r w:rsidRPr="00B54C5E">
              <w:rPr>
                <w:b/>
                <w:sz w:val="20"/>
                <w:lang w:val="ru-RU"/>
              </w:rPr>
              <w:t xml:space="preserve">5. НАЗВАНИЕ МЕСТА РАБОТЫ / УЧЕБНОГО </w:t>
            </w:r>
            <w:proofErr w:type="gramStart"/>
            <w:r w:rsidRPr="00B54C5E">
              <w:rPr>
                <w:b/>
                <w:sz w:val="20"/>
                <w:lang w:val="ru-RU"/>
              </w:rPr>
              <w:t>ЗАВЕДЕНИЯ</w:t>
            </w:r>
            <w:r w:rsidRPr="00B54C5E">
              <w:rPr>
                <w:sz w:val="17"/>
                <w:lang w:val="ru-RU"/>
              </w:rPr>
              <w:t xml:space="preserve">  (</w:t>
            </w:r>
            <w:proofErr w:type="gramEnd"/>
            <w:r w:rsidRPr="00B54C5E">
              <w:rPr>
                <w:sz w:val="17"/>
                <w:lang w:val="ru-RU"/>
              </w:rPr>
              <w:t>Полное наименование)</w:t>
            </w:r>
          </w:p>
          <w:p w14:paraId="1C256FF4" w14:textId="77777777" w:rsidR="00B54C5E" w:rsidRDefault="00B54C5E" w:rsidP="00B54C5E">
            <w:pPr>
              <w:spacing w:before="20" w:after="20" w:line="240" w:lineRule="auto"/>
              <w:rPr>
                <w:sz w:val="20"/>
                <w:lang w:val="uk-UA"/>
              </w:rPr>
            </w:pPr>
          </w:p>
          <w:p w14:paraId="75C6AB99" w14:textId="77777777" w:rsidR="00B54C5E" w:rsidRDefault="00B54C5E" w:rsidP="00B54C5E">
            <w:pPr>
              <w:spacing w:before="20" w:after="20" w:line="240" w:lineRule="auto"/>
              <w:rPr>
                <w:sz w:val="20"/>
                <w:lang w:val="uk-UA"/>
              </w:rPr>
            </w:pPr>
          </w:p>
          <w:p w14:paraId="78A41D20" w14:textId="720799FD" w:rsidR="00B54C5E" w:rsidRPr="00B54C5E" w:rsidRDefault="00B54C5E" w:rsidP="00B54C5E">
            <w:pPr>
              <w:spacing w:before="20" w:after="20" w:line="240" w:lineRule="auto"/>
              <w:rPr>
                <w:lang w:val="uk-UA"/>
              </w:rPr>
            </w:pPr>
          </w:p>
        </w:tc>
      </w:tr>
      <w:tr w:rsidR="002D5F03" w:rsidRPr="00B54C5E" w14:paraId="1E584B92" w14:textId="77777777">
        <w:tc>
          <w:tcPr>
            <w:tcW w:w="9360" w:type="dxa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1826307E" w14:textId="77777777" w:rsidR="002D5F03" w:rsidRPr="00B54C5E" w:rsidRDefault="00000000">
            <w:pPr>
              <w:spacing w:after="60"/>
              <w:rPr>
                <w:lang w:val="ru-RU"/>
              </w:rPr>
            </w:pPr>
            <w:r w:rsidRPr="00B54C5E">
              <w:rPr>
                <w:b/>
                <w:sz w:val="20"/>
                <w:lang w:val="ru-RU"/>
              </w:rPr>
              <w:t xml:space="preserve">6. </w:t>
            </w:r>
            <w:proofErr w:type="gramStart"/>
            <w:r w:rsidRPr="00B54C5E">
              <w:rPr>
                <w:b/>
                <w:sz w:val="20"/>
                <w:lang w:val="ru-RU"/>
              </w:rPr>
              <w:t>ДОЛЖНОСТЬ</w:t>
            </w:r>
            <w:r w:rsidRPr="00B54C5E">
              <w:rPr>
                <w:sz w:val="17"/>
                <w:lang w:val="ru-RU"/>
              </w:rPr>
              <w:t xml:space="preserve">  (</w:t>
            </w:r>
            <w:proofErr w:type="gramEnd"/>
            <w:r w:rsidRPr="00B54C5E">
              <w:rPr>
                <w:sz w:val="17"/>
                <w:lang w:val="ru-RU"/>
              </w:rPr>
              <w:t>Для учащихся укажите: студент / школьник)</w:t>
            </w:r>
          </w:p>
          <w:p w14:paraId="31593421" w14:textId="77777777" w:rsidR="002D5F03" w:rsidRDefault="002D5F03">
            <w:pPr>
              <w:spacing w:before="20" w:after="20" w:line="240" w:lineRule="auto"/>
              <w:rPr>
                <w:sz w:val="20"/>
                <w:lang w:val="uk-UA"/>
              </w:rPr>
            </w:pPr>
          </w:p>
          <w:p w14:paraId="73D29E23" w14:textId="77777777" w:rsidR="00B54C5E" w:rsidRDefault="00B54C5E">
            <w:pPr>
              <w:spacing w:before="20" w:after="20" w:line="240" w:lineRule="auto"/>
              <w:rPr>
                <w:sz w:val="20"/>
                <w:lang w:val="uk-UA"/>
              </w:rPr>
            </w:pPr>
          </w:p>
          <w:p w14:paraId="0C1F0D92" w14:textId="6344AB32" w:rsidR="00B54C5E" w:rsidRPr="00B54C5E" w:rsidRDefault="00B54C5E">
            <w:pPr>
              <w:spacing w:before="20" w:after="20" w:line="240" w:lineRule="auto"/>
              <w:rPr>
                <w:lang w:val="uk-UA"/>
              </w:rPr>
            </w:pPr>
          </w:p>
        </w:tc>
      </w:tr>
      <w:tr w:rsidR="002D5F03" w:rsidRPr="00B54C5E" w14:paraId="2881B9E8" w14:textId="77777777">
        <w:tc>
          <w:tcPr>
            <w:tcW w:w="9360" w:type="dxa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3C57D5FD" w14:textId="77777777" w:rsidR="002D5F03" w:rsidRPr="00B54C5E" w:rsidRDefault="00000000">
            <w:pPr>
              <w:spacing w:after="60"/>
              <w:rPr>
                <w:lang w:val="ru-RU"/>
              </w:rPr>
            </w:pPr>
            <w:r w:rsidRPr="00B54C5E">
              <w:rPr>
                <w:b/>
                <w:sz w:val="20"/>
                <w:lang w:val="ru-RU"/>
              </w:rPr>
              <w:t xml:space="preserve">7. ГОДОВАЯ ЗАРАБОТНАЯ ПЛАТА В </w:t>
            </w:r>
            <w:proofErr w:type="gramStart"/>
            <w:r w:rsidRPr="00B54C5E">
              <w:rPr>
                <w:b/>
                <w:sz w:val="20"/>
              </w:rPr>
              <w:t>USD</w:t>
            </w:r>
            <w:r w:rsidRPr="00B54C5E">
              <w:rPr>
                <w:sz w:val="17"/>
                <w:lang w:val="ru-RU"/>
              </w:rPr>
              <w:t xml:space="preserve">  (</w:t>
            </w:r>
            <w:proofErr w:type="gramEnd"/>
            <w:r w:rsidRPr="00B54C5E">
              <w:rPr>
                <w:sz w:val="17"/>
                <w:lang w:val="ru-RU"/>
              </w:rPr>
              <w:t>Ориентировочная сумма за год)</w:t>
            </w:r>
          </w:p>
          <w:p w14:paraId="4247EEB4" w14:textId="77777777" w:rsidR="002D5F03" w:rsidRDefault="002D5F03">
            <w:pPr>
              <w:spacing w:before="20" w:after="20" w:line="240" w:lineRule="auto"/>
              <w:rPr>
                <w:sz w:val="20"/>
                <w:lang w:val="uk-UA"/>
              </w:rPr>
            </w:pPr>
          </w:p>
          <w:p w14:paraId="1AA19C01" w14:textId="77777777" w:rsidR="00B54C5E" w:rsidRDefault="00B54C5E">
            <w:pPr>
              <w:spacing w:before="20" w:after="20" w:line="240" w:lineRule="auto"/>
              <w:rPr>
                <w:sz w:val="20"/>
                <w:lang w:val="uk-UA"/>
              </w:rPr>
            </w:pPr>
          </w:p>
          <w:p w14:paraId="10B91C5C" w14:textId="46319587" w:rsidR="00B54C5E" w:rsidRPr="00B54C5E" w:rsidRDefault="00B54C5E">
            <w:pPr>
              <w:spacing w:before="20" w:after="20" w:line="240" w:lineRule="auto"/>
              <w:rPr>
                <w:lang w:val="uk-UA"/>
              </w:rPr>
            </w:pPr>
          </w:p>
        </w:tc>
      </w:tr>
    </w:tbl>
    <w:p w14:paraId="13C5D3DF" w14:textId="77777777" w:rsidR="00B46075" w:rsidRPr="00B54C5E" w:rsidRDefault="00B46075"/>
    <w:sectPr w:rsidR="00B46075" w:rsidRPr="00B54C5E" w:rsidSect="00034616">
      <w:headerReference w:type="default" r:id="rId8"/>
      <w:footerReference w:type="default" r:id="rId9"/>
      <w:pgSz w:w="12240" w:h="15840"/>
      <w:pgMar w:top="1037" w:right="1440" w:bottom="1008" w:left="1440" w:header="504" w:footer="5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27A72D" w14:textId="77777777" w:rsidR="00B46075" w:rsidRDefault="00B46075">
      <w:pPr>
        <w:spacing w:after="0" w:line="240" w:lineRule="auto"/>
      </w:pPr>
      <w:r>
        <w:separator/>
      </w:r>
    </w:p>
  </w:endnote>
  <w:endnote w:type="continuationSeparator" w:id="0">
    <w:p w14:paraId="708AD397" w14:textId="77777777" w:rsidR="00B46075" w:rsidRDefault="00B460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FA3AA" w14:textId="77777777" w:rsidR="002D5F03" w:rsidRPr="00B54C5E" w:rsidRDefault="00000000">
    <w:pPr>
      <w:pStyle w:val="a7"/>
      <w:jc w:val="center"/>
      <w:rPr>
        <w:lang w:val="ru-RU"/>
      </w:rPr>
    </w:pPr>
    <w:r w:rsidRPr="00B54C5E">
      <w:rPr>
        <w:color w:val="64748B"/>
        <w:sz w:val="16"/>
        <w:lang w:val="ru-RU"/>
      </w:rPr>
      <w:t>Пожалуйста, проверьте полноту и достоверность указанных данных.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D5AC1A" w14:textId="77777777" w:rsidR="00B46075" w:rsidRDefault="00B46075">
      <w:pPr>
        <w:spacing w:after="0" w:line="240" w:lineRule="auto"/>
      </w:pPr>
      <w:r>
        <w:separator/>
      </w:r>
    </w:p>
  </w:footnote>
  <w:footnote w:type="continuationSeparator" w:id="0">
    <w:p w14:paraId="69E54A14" w14:textId="77777777" w:rsidR="00B46075" w:rsidRDefault="00B460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9A97C" w14:textId="77777777" w:rsidR="002D5F03" w:rsidRDefault="00000000">
    <w:pPr>
      <w:pStyle w:val="a5"/>
      <w:jc w:val="right"/>
    </w:pPr>
    <w:r>
      <w:rPr>
        <w:b/>
        <w:color w:val="64748B"/>
        <w:sz w:val="17"/>
      </w:rPr>
      <w:t xml:space="preserve">KOMPAS </w:t>
    </w:r>
    <w:proofErr w:type="spellStart"/>
    <w:proofErr w:type="gramStart"/>
    <w:r>
      <w:rPr>
        <w:b/>
        <w:color w:val="64748B"/>
        <w:sz w:val="17"/>
      </w:rPr>
      <w:t>Touroperator</w:t>
    </w:r>
    <w:proofErr w:type="spellEnd"/>
    <w:r>
      <w:rPr>
        <w:b/>
        <w:color w:val="64748B"/>
        <w:sz w:val="17"/>
      </w:rPr>
      <w:t xml:space="preserve">  |</w:t>
    </w:r>
    <w:proofErr w:type="gramEnd"/>
    <w:r>
      <w:rPr>
        <w:b/>
        <w:color w:val="64748B"/>
        <w:sz w:val="17"/>
      </w:rPr>
      <w:t xml:space="preserve">  </w:t>
    </w:r>
    <w:proofErr w:type="spellStart"/>
    <w:r>
      <w:rPr>
        <w:b/>
        <w:color w:val="64748B"/>
        <w:sz w:val="17"/>
      </w:rPr>
      <w:t>Таиланд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79765979">
    <w:abstractNumId w:val="8"/>
  </w:num>
  <w:num w:numId="2" w16cid:durableId="2021808847">
    <w:abstractNumId w:val="6"/>
  </w:num>
  <w:num w:numId="3" w16cid:durableId="847212997">
    <w:abstractNumId w:val="5"/>
  </w:num>
  <w:num w:numId="4" w16cid:durableId="1405179966">
    <w:abstractNumId w:val="4"/>
  </w:num>
  <w:num w:numId="5" w16cid:durableId="441268884">
    <w:abstractNumId w:val="7"/>
  </w:num>
  <w:num w:numId="6" w16cid:durableId="518085705">
    <w:abstractNumId w:val="3"/>
  </w:num>
  <w:num w:numId="7" w16cid:durableId="635571491">
    <w:abstractNumId w:val="2"/>
  </w:num>
  <w:num w:numId="8" w16cid:durableId="1565798828">
    <w:abstractNumId w:val="1"/>
  </w:num>
  <w:num w:numId="9" w16cid:durableId="20159613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D5F03"/>
    <w:rsid w:val="00326F90"/>
    <w:rsid w:val="00AA1D8D"/>
    <w:rsid w:val="00B46075"/>
    <w:rsid w:val="00B47730"/>
    <w:rsid w:val="00B54C5E"/>
    <w:rsid w:val="00CB0664"/>
    <w:rsid w:val="00DB2AE8"/>
    <w:rsid w:val="00FC693F"/>
    <w:rsid w:val="00FE3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852AEC"/>
  <w14:defaultImageDpi w14:val="300"/>
  <w15:docId w15:val="{A739FCEA-2180-4DB7-B091-271C65FFE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/>
    </w:pPr>
    <w:rPr>
      <w:rFonts w:ascii="Arial" w:hAnsi="Arial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Опросный лист для электронной визы в Таиланд</dc:title>
  <dc:subject>Анкета туриста</dc:subject>
  <dc:creator>KOMPAS Touroperator</dc:creator>
  <cp:keywords/>
  <dc:description>generated by python-docx</dc:description>
  <cp:lastModifiedBy>Viktoriya Synytsia</cp:lastModifiedBy>
  <cp:revision>2</cp:revision>
  <dcterms:created xsi:type="dcterms:W3CDTF">2026-09-03T11:32:00Z</dcterms:created>
  <dcterms:modified xsi:type="dcterms:W3CDTF">2026-09-03T11:32:00Z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54e2ffed-f370-4d98-8a59-afd1a745ce2e</vt:lpwstr>
  </property>
</Properties>
</file>